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סיפור חברתי ולמה הוא עוזר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הבניה של סיפור חברתי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של מצבים יומיומיים מתוך הספרייה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ורגועה של סיפור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סיפור חברתי – היכרות עם הסיפור החברתי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קצר ורגוע שמתאר מצב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קורה, מה אחרים מרגישים ומה אפשר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גוף ראשון, בזמן 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סיפור חברתי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מסביר מה קורה ומרגיע את הקורא/ת, ולא רק נותן מידע 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לא מלמד חוקים, הוא מסביר ומרגיע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הסיפור מרגיש אמיתי ומדויק עבור הקורא/ת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סיפור חברתי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סיפור חברתי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קורה, איפה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הדמות ואחרים מרגישים וחושבים)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(הרבה תיאור ומעט "מה אפשר לנסות")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(להסביר ולהרגיע, לא ללמד חוקים)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סיפור צעד אחר צעד – שלבי הבנייה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 אחד שקורה לקורא/ת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לשון פנייה: זכר, נקבה או ניטרלי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ניקוד, אורך המשפטים ומספר העמודים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סיפור צעד אחר צעד – התאמה בין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(בוחרים מצב אחד בלבד, למשל התור למזנון)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(קובעים כינוי, גיל ולשון פנייה)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(קובעים ניקוד, אורך משפטים ומספר 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(בוחרים צבע עור, שיער, משקפיים וכיסוי 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(מקשיבים להקראה, בודקים איזון ומדפיסים חוברת)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סיפור צעד אחר צעד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שהסיפור יהיה ממוקד וברור, ויעזור בדיוק במצב הקשה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מתאימים את המילים לקורא/ת: הוא/היא, או ניסוח ניטרלי בלי לציין מגדר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בוחרים לדמות שיער מתולתל ומשקפיים כחולים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קודם בוחרים מצב, אחר כך מתאימים לקורא/ת, אחר כך בונים דמות, ולבסוף מדפיסים חוברת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מצבים משגרת בית הספר והבית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מתאר בדיוק מצב כזה, כדי לעזור בהמתנה בתור.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לקרוא אותו בערב, ולחזור עליו שוב בבוקר.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לקרוא אותו כמה ימים לפני הטיול ולהראות תמונות של המקום.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ההזכרה בבוקר עוזרת לילד/ה להיות מוכן/ה לשינוי.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נבנה סיפור חברתי - על מצב אחד מדויק, לא על הרבה דברים 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מצבים משגרת בית הספר והבית – התאמת סיפור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(קושי לחכות בתור במזנון או בברזייה)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(בוקר בבית שמרגיש מבלבל או לחוץ)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(יציאה לטיול שנתי מבית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(מישהו אחר מגיע במקום המורה הקבוע)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מצבים משגרת בית הספר והבית – כותבים ומציעים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אני יכול/ה לספור עד עשר בזמן שאני מחכה/ת בתור.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שהילד/ה יזכור/תזכור את סדר הפעולות מראש, וגם יקבל/תקבל תזכורת ממש לפני הבוקר.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להראות לילד/ה תמונות של מקום הטיול ולעבור יחד על סדר היום.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להכין את הילד/ה מראש לשינוי, וגם להזכיר לו/ה ברגע שהשינוי קורה, כדי שלא יופתע/תופתע.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חברים, רגשות ובריאות – הכרה עם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רוצים לשחק בהפסקה ולא יודעים איך להצטרף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משחק בכיתה או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משפט קבוע לסוף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ביקור במרפאה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תרגול משפטים במשחקי תפקידים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חברים, רגשות ובריאות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תספורת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חברים, רגשות ובריאות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'אפשר לשחק איתכם?'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לדוגמה: 'זה בסדר להפסיד, אפשר לנסות שוב'.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להכיר מראש את מה שיקרה ולהרגיש פחות לחץ וחשש.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למשל: להזמין אותם לשחק ולהסביר את החוקים בסבלנות.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שינויים, חגים ובטיחות – מה זוכרים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הצליל של האזעקה מבהיל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מישהו אחר שמגיע במקום המורה הרגיל/ה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ביום רגיל ורגוע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שינויים, חגים ובטיחות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שינויים, חגים ובטיחות – התאמות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(בטיחות ורגיעה)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(חג של אור ושירה)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(חג יהודי אתיופי)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קוראים ומתרגלים יחד – מה זוכרים מההדרכה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כדאי לקרוא ברגע רגוע, לא באמצע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קוראים ברגע רגוע, לא כעונש ולא באמצע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יושבים זה לצד זה ונותנים לקורא/ת להפוך את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קוראים לאט ובקול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אפשר לחזור אליו בכל פעם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קוראים ומתרגלים יחד – מתי ולמה חוזרים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קוראים ומתרגלים יחד – חושבים ומתכננים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מה הדמות מרגישה כאן? מה עוד אפשר לנסות לעשות?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זה פוגע בתחושת הרוגע והביטחון שהסיפור אמור לתת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 לפני טיול שנתי או לפני ביקור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המטרה היא שהילד/ה ירגיש/תרגיש בטוח/ה ועצמאי/ת גם בלי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כולל תיאור מצב ורגיעה, לא רשימת 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המצב ממוקד וקטן, לא כללי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ישיבה רגועה, קריאה לאט ועצירה לשאלות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הפרקים על פני כמה שיעורים,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השפה והניקוד לפי המסלול המתאים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תמונות או ציורים פשוטים ליד התרגילים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לבחור מצב אישי משלהם לתרגול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מהו סיפור חברתי ואיך בונים אותו שלב אחר שלב. נעבור על דוגמאות מהחיים שלנו כמו בית הספר, חברים ושינויים, ונתרגל גם איך קוראים סיפור כזה בנחת.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סיפור חברתי – היכרות עם הסיפור החברתי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סיפור חברתי הוא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 ורגוע שמתאר מצב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חוקים נוקשה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מפחיד עם הפתעות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ארוך בלי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מספר סיפור חברתי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קורה, מה אחרים מרגישים ומה אפשר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חוקי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על שמות של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גוף בדרך כלל כותבים סיפור חברתי לילדים?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ראשון, בזמן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 מדעי בדיוני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סיפור חברתי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חברתי נועד להסביר ולהרגיע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חברתי הוא רשימה של "אסור" ו"מותר"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חברתי מתארים מצב מנקודת המבט של הקורא/ת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סיפור חברתי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סיפור חברתי מתאר מצב מנקודת ה__________ של הקורא/ת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לא מלמד __________ אלא מסביר ומרגיע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סיפור חברתי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תיאור המצב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הדמות ואחרים מרגישים וחושבים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קורה, איפה ומתי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איזון נכון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להסביר ולהרגיע, לא ללמד 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מטרת הסיפור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הרבה תיאור ומעט "מה אפשר לנסות"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סיפור צעד אחר צעד – שלבי הבנייה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בבניית הסיפור החברתי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בוחרים בשלב הראשון בבניית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מצוירת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אחד שקורה לקורא/ת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לבחור בשלב התאמת הסיפור לקורא/ת?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פנייה: זכר, נקבה או 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עיניים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משתנה בשלב ‘שפה ואורך’?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ניקוד, אורך המשפטים ומספר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השיער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ההורה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סיפור צעד אחר צעד – התאמה בין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 – בוחרים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קובעים ניקוד, אורך משפטים ומספר 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 – מתאימים לקורא/ת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מקשיבים להקראה, בודקים איזון ומדפיסים חוברת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 – שפה ואורך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בוחרים מצב אחד בלבד, למשל התור למזנון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 – בונים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קובעים כינוי, גיל ולשון פנייה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 – קוראים, עורכים, מדפיסים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בוחרים צבע עור, שיער, משקפיים וכיסוי 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בונים סיפור צעד אחר צעד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כדאי לבחור מצב אחד בלבד לכל סיפור, ולא ‘כל היום בבית הספר’?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לשון פנייה בזכר, בנקבה ובניטרלי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שיכול להופיע בשלב ‘בונים דמות’, ומתאר בחירה של מראה הדמות.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סדרו בהיגיון: בונים דמות / בוחרים מצב / מדפיסים חוברת / מתאימים לקורא/ת – והסבירו למה זה הסדר הנכון.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מצבים משגרת בית הספר והבית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"מחכים בתור" מיועד לילדים שקשה להם לחכות בתור, למשל במזנון.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הסיפור "בוקר טוב לי" כדאי לקרוא רק בבוקר עצמו, ולא בערב שלפני.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הסיפור "יוצאים לטיול" הכי כדאי לקרוא רק ביום הטיול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"מורה מחליף או מחליפה" מומלץ להזכיר לילד/ה גם בבוקר שבו מגיע המחליף.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מהסיפורים האלה עוסק במצב שגרתי אחד בלבד, ולא בכל היום בבית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מצבים משגרת בית הספר והבית – התאמת סיפור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מחכים בתור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יציאה לטיול שנתי מבית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בוקר טוב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מישהו אחר מגיע במקום המורה הקבוע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יוצאים לטיול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בוקר בבית שמרגיש מבלבל או לחוץ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קושי לחכות בתור במזנון או בברזייה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מצבים משגרת בית הספר והבית – כותבים ומציעים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שיכול להופיע בסיפור "מחכים בתור", שיעזור לילד/ה לדעת מה לעשות בזמן ההמתנה.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לקרוא את הסיפור "בוקר טוב לי" גם בערב וגם בבוקר?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דבר אחד שיכול לעזור לילד/ה לפני טיול שנתי, לפי מה שלמדנו על הסיפור "יוצאים לטיול".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חשוב לקרוא את הסיפור "מורה מחליף או מחליפה" גם כמה ימים לפני וגם בבוקר של אותו 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חברים, רגשות ובריאות – הכרה עם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הסיפור 'מצטרפים למשחק' מיועד לילדים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רוצים לשחק בהפסקה ולא יודעים איך להצטרף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מפחדים מרעש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אוהבים לקרוא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רוצים לנסוע בהסעה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כדאי לקרוא את הסיפור 'כשמפסידים במשחק'?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משחק בכיתה או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לתרגל יחד עם הסיפור 'כשמפסידים במשחק'?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קבוע לסוף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הסיפור 'ביקור אצל הרופא'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 במרפאה אצל הרופא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הצטרפות למשחק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בהסעה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חגיגת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עוזר, לפי האתר, לילד או ילדה שמתקשים להצטרף למשחק?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תרגול משפטים במשחקי תפקידים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להימנע מכל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את הסיפור פעם בשנה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חברים, רגשות ובריאות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הסיפור 'מצטרפים למשחק' עוזר לילדים שרוצים לשחק ב__________ ולא יודעים איך להצטרף.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'כשמפסידים במשחק' מתרגלים משפט __________ לסיום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הסיפור 'הולכים להסתפר' מיועד לילדים שמתקשים עם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קריאת הסיפור לפני ביקור אצל הרופא עוזרת להרגיש יותר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חברים, רגשות ובריאות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שאפשר לומר כשרוצים להצטרף למשחק בהפסקה.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קבוע שאפשר לומר לעצמנו כשמפסידים במשחק.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כדאי לקרוא סיפור על ביקור אצל הרופא עוד לפני הביקור עצמו.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בקצרה איך אפשר לעזור לחבר או חברה שמתקשים להצטרף למשחק בהפסקה.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שינויים, חגים ובטיחות – מה זוכרים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הסיפור "כשיש אזעקה" כתוב בשביל ילדים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אוהבים רעש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הצליל של האזעקה מבהיל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שומעים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אוהבים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הסיפור "מורה מחליף או מחליפה" עוסק במצב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מישהו אחר שמגיע במקום המורה הרגיל/ה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הולדת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הכי כדאי לקרוא את הסיפור על אזעקה?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רגיל ורגוע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בדיוק בזמן אזעקה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לפני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צריך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שינויים, חגים ובטיחות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אזעקה היא צליל __________ וארוך שאומר לנו ללכת למרחב המוגן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לקרוא את הסיפור על אזעקה ביום רגיל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בסיפור "מורה מחליף או מחליפה" מישהו אחר __________ את המורה הרגיל/ה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שינויים, חגים ובטיחות – התאמות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כשיש אזעקה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יהודי אתיופי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כשהתוכנית משתנה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בטיחות ורגיעה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חנוכה: אור, שירה ורעש של חגיגה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חג של אור ושירה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קוראים ומתרגלים יחד – מה זוכרים מההדרכה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הסיפור החברתי ברגע רגוע, ולא באמצע כעס או בכי.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לקרוא את הסיפור כעונש כשהילד או הילדה מתנהגים לא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לקורא או לקוראת להפוך בעצמם את דפי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לקרוא את הסיפור מהר מאוד ובקול חזק כדי לסיים.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להשאיר את הסיפור זמין, למשל בתיק או על השולחן.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קוראים ומתרגלים יחד – מתי ולמה חוזרים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מצב צפוי קוראים את הסיפור כמה ימים לפני, ועוד פעם ממש __________ שהמצב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כשלומדים מיומנות חדשה, כדאי לקרוא את הסיפור פעם ביום במשך שבוע עד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שהמצב עבר בהצלחה, חשוב ל__________ את זה ולומר שזה היה בדיוק כמו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לצמצם בהדרגה את הצורך בסיפור, עוברים מקריאה כל יום לקריאה פעם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קוראים ומתרגלים יחד – חושבים ומתכננים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שאפשר לשאול תוך כדי קריאת הסיפור יחד עם הקורא/ת.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לא כדאי לקרוא את הסיפור כעונש.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אחד שבו כדאי לקרוא את הסיפור כמה ימים לפני שהוא קורה.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המטרה היא שהקורא/ת יצטרך/תצטרך את הסיפור פחות ופחות עם הזמן?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במילים שלי מהו סיפור חברתי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לבחור מצב אחד ומדויק לסיפור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איך קוראים סיפור חברתי בנחת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