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הבניה של סיפור חברתי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של מצבים יומיומיים מתוך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ורגועה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היכרות עם הסיפור החברתי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 ורגוע שמתאר מצב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קורה, מה אחרים מרגישים ומה אפשר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גוף ראשון, בזמן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מסביר מה קורה ומרגיע את הקורא/ת, ולא רק נותן מידע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חוקים, הוא מסביר ומרגיע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הסיפור מרגיש אמיתי ומדויק עבור הקורא/ת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סיפור חברתי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קורה,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הדמות ואחרים מרגישים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(הרבה תיאור ומעט "מה אפשר לנסות")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(להסביר ולהרגיע, לא ללמד חוקים)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סיפור צעד אחר צעד – שלבי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אחד שקורה לקורא/ת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לשון פנייה: זכר, נקבה או ניטרלי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ניקוד, אורך המשפטים ומספר העמודים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סיפור צעד אחר צעד – התאמה בין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מצב אחד בלבד, למשל התור למזנון)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(בוחרים צבע עור, שיער, משקפיים וכיסוי 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(מקשיבים להקראה, בודקים איזון ומדפיסים חוברת)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סיפור צעד אחר צעד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שהסיפור יהיה ממוקד וברור, ויעזור בדיוק במצב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מתאימים את המילים לקורא/ת: הוא/היא, או ניסוח ניטרלי בלי לציין מגדר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בוחרים לדמות שיער מתולתל ומשקפיים כחולים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קודם בוחרים מצב, אחר כך מתאימים לקורא/ת, אחר כך בונים דמות, ולבסוף מדפיסים חוברת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מצבים משגרת בית הספר והבית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מתאר בדיוק מצב כזה, כדי לעזור בהמתנה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לקרוא אותו בערב, ולחזור עליו שוב בבוקר.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לקרוא אותו כמה ימים לפני הטיול ולהראות תמונות של המקום.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ההזכרה בבוקר עוזרת לילד/ה להיות מוכן/ה לשינוי.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נבנה סיפור חברתי - על מצב אחד מדויק, לא על הרבה דברים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מצבים משגרת בית הספר והבית – התאמת סיפור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(קושי לחכות בתור במזנון או בברזייה)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(בוקר בבית שמרגיש מבלבל או 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(יציאה לטיול שנתי מבית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(מישהו אחר מגיע במקום המורה הקבוע)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מצבים משגרת בית הספר והבית – כותבים ומציעים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אני יכול/ה לספור עד עשר בזמן שאני מחכה/ת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שהילד/ה יזכור/תזכור את סדר הפעולות מראש, וגם יקבל/תקבל תזכורת ממש לפני הבוקר.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להראות לילד/ה תמונות של מקום הטיול ולעבור יחד על סדר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להכין את הילד/ה מראש לשינוי, וגם להזכיר לו/ה ברגע שהשינוי קורה, כדי שלא יופתע/תופתע.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חברים, רגשות ובריאות – הכרה עם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רוצים לשחק בהפסקה ולא יודעים איך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משחק בכיתה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קבוע לסוף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 במרפאה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תרגול משפטים במשחקי תפקידים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חברים, רגשות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תספורת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חברים, רגשות ובריאות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'אפשר לשחק איתכם?'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לדוגמה: 'זה בסדר להפסיד, אפשר לנסות שוב'.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להכיר מראש את מה שיקרה ולהרגיש פחות לחץ וחשש.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להזמין אותם לשחק ולהסביר את החוקים בסבלנות.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שינויים, חגים ובטיחות – מה זוכרים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הצליל של האזעקה מבהיל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מישהו אחר שמגיע במקום המורה הרגיל/ה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ביום רגיל ורגוע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שינויים, חגים ובטיחות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שינויים, חגים ובטיחות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 של אור ושירה)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(חג יהודי אתיופי)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קוראים ומתרגלים יחד – מה זוכרים מההדרכה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כדאי לקרוא ברגע רגוע, 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קוראים ברגע רגוע, לא כעונש ולא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יושבים זה לצד זה ונותנים לקורא/ת להפוך את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קוראים לאט ובקול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אפשר לחזור אליו בכל פעם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קוראים ומתרגלים יחד – מתי ולמה חוזרים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קוראים ומתרגלים יחד – חושבים ומתכננים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מה הדמות מרגישה כאן? מה עוד אפשר לנסות לעשות?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פוגע בתחושת הרוגע והביטחון שהסיפור אמור לתת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 לפני טיול שנתי או לפני ביקור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המטרה היא שהילד/ה ירגיש/תרגיש בטוח/ה ועצמאי/ת גם בלי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כולל תיאור מצב ורגיעה, לא רשימת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המצב ממוקד וקטן, לא כללי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ישיבה רגועה, קריאה לאט ועצירה לשאלות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והניקוד לפי המסלול המתאים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תמונות או ציורים פשוטים ליד התרגילים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לבחור מצב אישי משלהם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מה זה סיפור חברתי. עוברים על דוגמאות מהיום יום. מתרגלים גם איך קוראים סיפור כזה בשקט ובנעימות.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שמסביר מצב ומה אפשר לעשות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הקורא או הקוראת רואים, חושבים ומרגישים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תיאור ורגיעה, ומעט עצות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 אחד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אירוע קטן ומדויק, לא יום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הגדרות מראש של אורך, ניקוד וגודל 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משפט אחד ותמונה גדולה לכל עמוד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עברית פשוטה ומילון בלחיצה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הפחתה הדרגתית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הסיפור פחות ופחות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דמות מופיעה בכל עמודי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היכרות עם הסיפור החברתי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 ורגוע שמתאר מצב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חוקים נוקשה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מפחיד עם הפתעות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ארוך בלי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בסיפור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מרגישים ומה אפשר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חוקי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שמות של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את הסיפור - בגוף ראשון או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בזמן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מדעי בדיוני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נועד להסביר ולהרגיע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הוא רשימה של "אסור" ו"מותר"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מתארים מצב מנקודת המבט של הקורא/ת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סיפור חברתי מתאר מצב מנקודת ה__________ של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לא מלמד __________ אלא מסביר ומרגיע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סיפור חברתי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תיאור המצב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תיאור ומעט "מה אפשר לנסות"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קורה,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איזון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להסביר ולהרגיע, לא ללמד 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מטרת הסיפור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הדמות ואחרים מרגישים וחושבים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בונים סיפור צעד אחר צעד –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בבנייה?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בוחרים קודם 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מצוירת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אחד שקורה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קובעים בשלב ההתאמה?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פנייה: זכר, נקבה או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עיניים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בוחרים בשלב השפה והאורך?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ניקוד, אורך המשפטים ומספר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השיער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ההורה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בונים סיפור צעד אחר צעד – התאמה בין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 –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מקשיבים להקראה, בודקים איזון ומדפיסים חוברת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 –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מצב אחד בלבד, למשל התור למזנון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 –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קובעים כינוי, גיל ולשון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 –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קובעים ניקוד, אורך משפטים ומספר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 – קוראים, עורכים, מדפיסים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צבע עור, שיער, משקפיים וכיסוי 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בונים סיפור צעד אחר צעד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כדאי לבחור מצב אחד בלבד לכל סיפור, ולא ‘כל היום בבית הספר’?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לשון פנייה בזכר, בנקבה ובניטרלי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שיכול להופיע בשלב ‘בונים דמות’, ומתאר בחירה של מראה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סדרו בהיגיון: בונים דמות / בוחרים מצב / מדפיסים חוברת / מתאימים לקורא/ת – והסבירו למה זה הסדר הנכון.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מצבים משגרת בית הספר והבית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"מחכים בתור" מיועד לילדים שקשה להם לחכות בתור, למשל במזנון.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הסיפור "בוקר טוב לי" כדאי לקרוא רק בבוקר עצמו, ולא בערב שלפני.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הסיפור "יוצאים לטיול" הכי כדאי לקרוא רק ביום הטיול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"מורה מחליף או מחליפה" מומלץ להזכיר לילד/ה גם בבוקר שבו מגיע המחליף.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מהסיפורים האלה עוסק במצב שגרתי אחד בלבד, ולא בכל היום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מצבים משגרת בית הספר והבית – התאמת סיפור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אחר מגיע במקום המורה הקבוע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בוקר טוב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קושי לחכות בתור במזנון או בברזייה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יוצאים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בוקר בבית שמרגיש מבלבל או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יציאה לטיול שנתי מבית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מצבים משגרת בית הספר והבית – כותבים ומציעים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שיכול להופיע בסיפור "מחכים בתור", שיעזור לילד/ה לדעת מה לעשות בזמן ההמתנה.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לקרוא את הסיפור "בוקר טוב לי" גם בערב וגם בבוקר?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דבר אחד שיכול לעזור לילד/ה לפני טיול שנתי, לפי מה שלמדנו על הסיפור "יוצאים לטיול".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לקרוא את הסיפור "מורה מחליף או מחליפה" גם כמה ימים לפני וגם בבוקר של אותו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חברים, רגשות ובריאות – הכרה עם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מתאים הסיפור 'מצטרפים למשחק'?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רוצים לשחק בהפסקה ולא יודעים איך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מפחדים מרעש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אוהבים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רוצים לנסוע בהסעה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קוראים את הסיפור על הפסד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משחק בכיתה או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מתרגלים אחרי קריאת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קבוע לסוף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עוסק הסיפור על הרופא?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 במרפאה אצל הרופא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הצטרפות למשחק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בהסעה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יכול לעזור בהצטרפות למשחק?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תרגול משפטים במשחקי תפקידים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להימנע מכל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הסיפור פעם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חברים, רגשות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הסיפור 'מצטרפים למשחק' עוזר לילדים שרוצים לשחק ב__________ ולא יודעים איך להצטרף.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'כשמפסידים במשחק' מתרגלים משפט __________ לסיום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הסיפור 'הולכים להסתפר' מיועד לילדים שמתקשים עם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קריאת הסיפור לפני ביקור אצל הרופא עוזרת להרגיש יותר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חברים, רגשות ובריאות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שאפשר לומר כשרוצים להצטרף למשחק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קבוע שאפשר לומר לעצמנו כשמפסידים במשחק.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לקרוא סיפור על ביקור אצל הרופא עוד לפני הביקור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בקצרה איך אפשר לעזור לחבר או חברה שמתקשים להצטרף למשחק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שינויים, חגים ובטיחות – מה זוכרים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מתאים הסיפור על אזעקה?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אוהבים 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הצליל של האזעקה מבהיל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שומעים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אוהבים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מספר הסיפור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אחר שמגיע במקום המורה הרגיל/ה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עדיף לקרוא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רגיל ורגוע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בזמן אזעקה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לפני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שינויים, חגים ובטיחות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אזעקה היא צליל __________ וארוך שאומר לנו ללכת למרחב המוגן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לקרוא את הסיפור על אזעקה ביום רגיל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"מורה מחליף או מחליפה" מישהו אחר __________ את המורה הרגיל/ה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שינויים, חגים ובטיחות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של אור ושירה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בטיחות ורגיעה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כשהתוכנית משתנה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יהודי אתיופי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חנוכה: אור, שירה ורעש של חגיגה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קוראים ומתרגלים יחד – מה זוכרים מההדרכה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הסיפור החברתי ברגע רגוע, ולא באמצע כעס או בכי.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את הסיפור כעונש כשהילד או הילדה מתנהגים לא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לקורא או לקוראת להפוך בעצמם את דפי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לקרוא את הסיפור מהר מאוד ובקול חזק כדי לסיים.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להשאיר את הסיפור זמין, למשל בתיק או על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קוראים ומתרגלים יחד – מתי ולמה חוזרים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מצב צפוי קוראים את הסיפור כמה ימים לפני, ועוד פעם ממש __________ שהמצב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כשלומדים מיומנות חדשה, כדאי לקרוא את הסיפור פעם ביום במשך שבוע עד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שהמצב עבר בהצלחה, חשוב ל__________ את זה ולומר שזה היה בדיוק כמו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לצמצם בהדרגה את הצורך בסיפור, עוברים מקריאה כל יום לקריאה פעם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קוראים ומתרגלים יחד – חושבים ומתכננים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שאלות שאפשר לשאול תוך כדי קריאת הסיפור יחד עם הקורא/ת.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לא כדאי לקרוא את הסיפור כעונש.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אחד שבו כדאי לקרוא את הסיפור כמה ימים לפני שהוא קורה.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המטרה היא שהקורא/ת יצטרך/תצטרך את הסיפור פחות ופחות עם הזמן?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במילים שלי מהו סיפור חברתי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לבחור מצב אחד ומדויק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איך קוראים סיפור חברתי בנחת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