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📘 סיפור חברתי מותאם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סיפור חברתי מותאם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מהו סיפור חברתי ולמה הוא עוזר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שלבי הבניה של סיפור חברתי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דוגמאות של מצבים יומיומיים מתוך הספרייה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קריאה נכונה ורגועה של סיפור חברתי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מהו סיפור חברתי – היכרות עם הסיפור החברתי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סיפור קצר ורגוע שמתאר מצב מסוים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מה קורה, מה אחרים מרגישים ומה אפשר לנסות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מהו סיפור חברתי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הסיפור מסביר מה קורה ומרגיע את הקורא/ת, ולא רק נותן מידע יבש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הסיפור לא מלמד חוקים, הוא מסביר ומרגיע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מהו סיפור חברתי – השלמות והתאמות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מבט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חוקים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מהו סיפור חברתי – התאמת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(מה קורה, איפה ומתי)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(מה הדמות ואחרים מרגישים וחושבים)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(הרבה תיאור ומעט "מה אפשר לנסות")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(להסביר ולהרגיע, לא ללמד חוקים)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בונים סיפור צעד אחר צעד – שלבי הבנייה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מצב אחד שקורה לקורא/ת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בונים סיפור צעד אחר צעד – התאמה בין שלב לפעולה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(בוחרים מצב אחד בלבד, למשל התור למזנון)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(קובעים כינוי, גיל ולשון פנייה)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(קובעים ניקוד, אורך משפטים ומספר עמודים)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(בוחרים צבע עור, שיער, משקפיים וכיסוי ראש)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בונים סיפור צעד אחר צעד – חושבים וכותבים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כדי שהסיפור יהיה ממוקד וברור, ויעזור בדיוק במצב הקשה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לדוגמה: בוחרים לדמות שיער מתולתל ומשקפיים כחולים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מצבים משגרת בית הספר והבית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הסיפור מתאר בדיוק מצב כזה, כדי לעזור בהמתנה בתור.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כדאי לקרוא אותו בערב, ולחזור עליו שוב בבוקר.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כדאי לקרוא אותו כמה ימים לפני הטיול ולהראות תמונות של המקום.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מצבים משגרת בית הספר והבית – התאמת סיפור למצב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(קושי לחכות בתור במזנון או בברזייה)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(בוקר בבית שמרגיש מבלבל או לחוץ)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מצבים משגרת בית הספר והבית – כותבים ומציעים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לדוגמה: אני יכול/ה לספור עד עשר בזמן שאני מחכה/ת בתור.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כדי שהילד/ה יזכור/תזכור את סדר הפעולות מראש, וגם יקבל/תקבל תזכורת ממש לפני הבוקר.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חברים, רגשות ובריאות – הכרה עם הסיפורים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רוצים לשחק בהפסקה ולא יודעים איך להצטרף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לפני משחק בכיתה או בבית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משפט קבוע לסוף המשחק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חברים, רגשות ובריאות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הפסקה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קבוע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חברים, רגשות ובריאות – חושבים וכותבים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חופשית, לדוגמה: 'אפשר לשחק איתכם?'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5 · שינויים, חגים ובטיחות – מה זוכרים מהסיפורים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הצליל של האזעקה מבהיל אותם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מישהו אחר שמגיע במקום המורה הרגיל/ה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שינויים, חגים ובטיחות – משלימים ומתאימים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חזק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רגוע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שינויים, חגים ובטיחות – התאמות וסדר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(בטיחות ורגיעה)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(שינויים)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(שינויים)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(חג של אור ושירה)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6 · קוראים ומתרגלים יחד – מה זוכרים מההדרכה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כדאי לקרוא ברגע רגוע, לא באמצע סערה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קוראים ברגע רגוע, לא כעונש ולא באמצע סערה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יושבים זה לצד זה ונותנים לקורא/ת להפוך את הדף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6 · קוראים ומתרגלים יחד – מתי ולמה חוזרים על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לפני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שבועיים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6 · קוראים ומתרגלים יחד – חושבים ומתכננים קריאה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 לפני טיול שנתי או לפני ביקור אצל הרופא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הסבר כולל תיאור מצב ורגיעה, לא רשימת חוקים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המצב ממוקד וקטן, לא כללי מדי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כוללת ישיבה רגועה, קריאה לאט ועצירה לשאלות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לפזר את הפרקים על פני כמה שיעורים, פרק אחד בכל פעם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את רמת השפה והניקוד לפי המסלול המתאים לכיתה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לשלב תמונות או ציורים פשוטים ליד התרגילים כדי לחזק את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תלמידים לבחור מצב אישי משלהם לתרגול הכתיבה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📘 סיפור חברתי מותאם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סיפור חברתי מותאם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בחוברת הזו נלמד מהו סיפור חברתי ואיך בונים אותו שלב אחר שלב. נעבור על דוגמאות מהחיים שלנו כמו בית הספר, חברים ושינויים, ונתרגל גם איך קוראים סיפור כזה בנחת.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חזק  ·  הפסקה  ·  מבט  ·  חוקים  ·  רגוע  ·  לפני  ·  שבועיים  ·  קבוע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פרק 1 · מהו סיפור חברתי – היכרות עם הסיפור החברתי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סיפור חברתי הוא בעיקר...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סיפור קצר ורגוע שמתאר מצב מסוים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רשימת חוקים נוקשה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סיפור מפחיד עם הפתעות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על מה מספר סיפור חברתי טוב?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מה קורה, מה אחרים מרגישים ומה אפשר לנסות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רק על חוקי משחק כדורגל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רק על מזג האוויר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פרק 1 · מהו סיפור חברתי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סיפור חברתי נועד להסביר ולהרגיע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סיפור חברתי הוא רשימה של "אסור" ו"מותר"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פרק 1 · מהו סיפור חברתי – השלמות והתאמות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סיפור חברתי מתאר מצב מנקודת ה__________ של הקורא/ת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הסיפור לא מלמד __________ אלא מסביר ומרגיע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פרק 1 · מהו סיפור חברתי – התאמת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תיאור המצב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מה הדמות ואחרים מרגישים וחושבים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נקודת מבט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להסביר ולהרגיע, לא ללמד חוקים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איזון נכון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מה קורה, איפה ומתי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מטרת הסיפור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הרבה תיאור ומעט "מה אפשר לנסות"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פרק 2 · בונים סיפור צעד אחר צעד – שלבי הבנייה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שלבים יש בבניית הסיפור החברתי באתר?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בוחרים בשלב הראשון בבניית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דמות מצוירת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מצב אחד שקורה לקורא/ת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צבע חולצה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פרק 2 · בונים סיפור צעד אחר צעד – התאמה בין שלב לפעולה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שלב 1 – בוחרים מצב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קובעים ניקוד, אורך משפטים ומספר עמודים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שלב 2 – מתאימים לקורא/ת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בוחרים צבע עור, שיער, משקפיים וכיסוי ראש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שלב 3 – שפה ואורך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קובעים כינוי, גיל ולשון פנייה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שלב 4 – בונים דמות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בוחרים מצב אחד בלבד, למשל התור למזנון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7  חלק ז׳ – פרק 2 · בונים סיפור צעד אחר צעד – חושבים וכותבים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למה כדאי לבחור מצב אחד בלבד לכל סיפור, ולא ‘כל היום בבית הספר’?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כתבו משפט אחד שיכול להופיע בשלב ‘בונים דמות’, ומתאר בחירה של מראה הדמות.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8  חלק ח׳ – פרק 3 · מצבים משגרת בית הספר והבית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הסיפור "מחכים בתור" מיועד לילדים שקשה להם לחכות בתור, למשל במזנון.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את הסיפור "בוקר טוב לי" כדאי לקרוא רק בבוקר עצמו, ולא בערב שלפני.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את הסיפור "יוצאים לטיול" הכי כדאי לקרוא רק ביום הטיול עצמו.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9  חלק ט׳ – פרק 3 · מצבים משגרת בית הספר והבית – התאמת סיפור למצב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מחכים בתור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בוקר בבית שמרגיש מבלבל או לחוץ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בוקר טוב 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קושי לחכות בתור במזנון או בברזייה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10  חלק י׳ – פרק 3 · מצבים משגרת בית הספר והבית – כותבים ומציעים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אחד שיכול להופיע בסיפור "מחכים בתור", שיעזור לילד/ה לדעת מה לעשות בזמן ההמתנה.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למה כדאי לקרוא את הסיפור "בוקר טוב לי" גם בערב וגם בבוקר? הסבירו בקצרה.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11  חלק י״א – פרק 4 · חברים, רגשות ובריאות – הכרה עם הסיפורים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הסיפור 'מצטרפים למשחק' מיועד לילדים ש...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רוצים לשחק בהפסקה ולא יודעים איך להצטרף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מפחדים מרעש חזק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לא אוהבים לקרוא ספרים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מתי כדאי לקרוא את הסיפור 'כשמפסידים במשחק'?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לפני משחק בכיתה או בבית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רק בחופשת הקיץ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בזמן מבחן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אפשר לתרגל יחד עם הסיפור 'כשמפסידים במשחק'?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משפט קבוע לסוף המשחק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שיר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ריצה מהירה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12  חלק י״ב – פרק 4 · חברים, רגשות ובריאות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הסיפור 'מצטרפים למשחק' עוזר לילדים שרוצים לשחק ב__________ ולא יודעים איך להצטרף.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בסיפור 'כשמפסידים במשחק' מתרגלים משפט __________ לסיום המשחק.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13  חלק י״ג – פרק 4 · חברים, רגשות ובריאות – חושבים וכותבים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אחד שאפשר לומר כשרוצים להצטרף למשחק בהפסקה.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14  חלק י״ד – פרק 5 · שינויים, חגים ובטיחות – מה זוכרים מהסיפורים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הסיפור "כשיש אזעקה" כתוב בשביל ילדים ש...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אוהבים רעש חזק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הצליל של האזעקה מבהיל אותם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לא שומעים 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הסיפור "מורה מחליף או מחליפה" עוסק במצב של...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חופש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מישהו אחר שמגיע במקום המורה הרגיל/ה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יום הולדת בכיתה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15  חלק ט״ו – פרק 5 · שינויים, חגים ובטיחות – משלימים ומתאימים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אזעקה היא צליל __________ וארוך שאומר לנו ללכת למרחב המוגן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כדאי לקרוא את הסיפור על אזעקה ביום רגיל ו__________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16  חלק ט״ז – פרק 5 · שינויים, חגים ובטיחות – התאמות וסדר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כשיש אזעקה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שינויים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מורה מחליף או מחליפה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בטיחות ורגיעה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כשהתוכנית משתנה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חג של אור ושירה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חנוכה: אור, שירה ורעש של חגיגה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שינויים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17  חלק י״ז – פרק 6 · קוראים ומתרגלים יחד – מה זוכרים מההדרכה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קוראים את הסיפור החברתי ברגע רגוע, ולא באמצע כעס או בכי.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כדאי לקרוא את הסיפור כעונש כשהילד או הילדה מתנהגים לא טוב.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לתת לקורא או לקוראת להפוך בעצמם את דפי הסיפור.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18  חלק י״ח – פרק 6 · קוראים ומתרגלים יחד – מתי ולמה חוזרים על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לפני מצב צפוי קוראים את הסיפור כמה ימים לפני, ועוד פעם ממש __________ שהמצב קורה.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כשלומדים מיומנות חדשה, כדאי לקרוא את הסיפור פעם ביום במשך שבוע עד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19  חלק י״ט – פרק 6 · קוראים ומתרגלים יחד – חושבים ומתכננים קריאה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תארו מצב אחד שבו כדאי לקרוא את הסיפור כמה ימים לפני שהוא קורה.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אני יודע/ת להסביר במילים שלי מהו סיפור חברתי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אני יודע/ת לבחור מצב אחד ומדויק לסיפור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סיפור חברתי מותאם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